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3757FC" w14:textId="77777777" w:rsidR="008F0DA9" w:rsidRPr="00C20822" w:rsidRDefault="00000000" w:rsidP="00BA02E5">
      <w:pPr>
        <w:pStyle w:val="Heading1"/>
        <w:spacing w:before="0" w:line="240" w:lineRule="auto"/>
        <w:jc w:val="center"/>
        <w:rPr>
          <w:color w:val="auto"/>
        </w:rPr>
      </w:pPr>
      <w:r w:rsidRPr="00C20822">
        <w:rPr>
          <w:color w:val="auto"/>
        </w:rPr>
        <w:t>Bagmati Province University</w:t>
      </w:r>
    </w:p>
    <w:p w14:paraId="5A36FF11" w14:textId="7E8A0442" w:rsidR="008F0DA9" w:rsidRPr="00C20822" w:rsidRDefault="00000000" w:rsidP="00BA02E5">
      <w:pPr>
        <w:pStyle w:val="Heading2"/>
        <w:spacing w:before="0" w:line="240" w:lineRule="auto"/>
        <w:jc w:val="center"/>
        <w:rPr>
          <w:color w:val="auto"/>
        </w:rPr>
      </w:pPr>
      <w:r w:rsidRPr="00C20822">
        <w:rPr>
          <w:color w:val="auto"/>
        </w:rPr>
        <w:t>Faculty of Management and Law</w:t>
      </w:r>
    </w:p>
    <w:p w14:paraId="0AE40293" w14:textId="77777777" w:rsidR="008F0DA9" w:rsidRPr="00C20822" w:rsidRDefault="00000000" w:rsidP="00BA02E5">
      <w:pPr>
        <w:pStyle w:val="Heading2"/>
        <w:spacing w:before="0" w:line="240" w:lineRule="auto"/>
        <w:jc w:val="center"/>
        <w:rPr>
          <w:color w:val="auto"/>
        </w:rPr>
      </w:pPr>
      <w:r w:rsidRPr="00C20822">
        <w:rPr>
          <w:color w:val="auto"/>
        </w:rPr>
        <w:t>Application Form for Entrance Examination</w:t>
      </w:r>
    </w:p>
    <w:p w14:paraId="68437B3F" w14:textId="77777777" w:rsidR="008F0DA9" w:rsidRPr="00C20822" w:rsidRDefault="00000000" w:rsidP="00BA02E5">
      <w:pPr>
        <w:pStyle w:val="Heading3"/>
        <w:spacing w:before="0" w:line="240" w:lineRule="auto"/>
        <w:jc w:val="center"/>
        <w:rPr>
          <w:color w:val="auto"/>
        </w:rPr>
      </w:pPr>
      <w:r w:rsidRPr="00C20822">
        <w:rPr>
          <w:color w:val="auto"/>
        </w:rPr>
        <w:t>Master of Risk and Insurance Management (MRIM)</w:t>
      </w:r>
    </w:p>
    <w:p w14:paraId="7FDC026A" w14:textId="23C603BC" w:rsidR="008F0DA9" w:rsidRPr="00C20822" w:rsidRDefault="00C20822" w:rsidP="00BA02E5">
      <w:pPr>
        <w:spacing w:line="240" w:lineRule="auto"/>
        <w:jc w:val="center"/>
      </w:pPr>
      <w:r w:rsidRPr="00C20822">
        <w:t>2026-28 batch</w:t>
      </w:r>
    </w:p>
    <w:p w14:paraId="3655973E" w14:textId="77777777" w:rsidR="008F0DA9" w:rsidRPr="00C20822" w:rsidRDefault="00000000" w:rsidP="00BA02E5">
      <w:pPr>
        <w:pStyle w:val="Heading4"/>
        <w:spacing w:before="0" w:line="240" w:lineRule="auto"/>
        <w:rPr>
          <w:color w:val="auto"/>
        </w:rPr>
      </w:pPr>
      <w:r w:rsidRPr="00C20822">
        <w:rPr>
          <w:color w:val="auto"/>
        </w:rPr>
        <w:t>1. Applicant’s Personal Information</w:t>
      </w:r>
    </w:p>
    <w:p w14:paraId="0C97ED3C" w14:textId="07406FF1" w:rsidR="008F0DA9" w:rsidRPr="00C20822" w:rsidRDefault="00000000" w:rsidP="00BA02E5">
      <w:pPr>
        <w:spacing w:line="240" w:lineRule="auto"/>
      </w:pPr>
      <w:r w:rsidRPr="00C20822">
        <w:t>Full Name (</w:t>
      </w:r>
      <w:r w:rsidR="00193D3B">
        <w:t>in Block Letters</w:t>
      </w:r>
      <w:r w:rsidRPr="00C20822">
        <w:t>): ________________________________________</w:t>
      </w:r>
    </w:p>
    <w:p w14:paraId="09869C5B" w14:textId="4E30AC41" w:rsidR="008F0DA9" w:rsidRPr="00C20822" w:rsidRDefault="00000000" w:rsidP="00BA02E5">
      <w:pPr>
        <w:spacing w:line="240" w:lineRule="auto"/>
      </w:pPr>
      <w:r w:rsidRPr="00C20822">
        <w:t>Gender: _______________Date of Birth (AD/BS): _______________________</w:t>
      </w:r>
    </w:p>
    <w:p w14:paraId="1E3E9D54" w14:textId="6F43D940" w:rsidR="008F0DA9" w:rsidRPr="00C20822" w:rsidRDefault="00000000" w:rsidP="00BA02E5">
      <w:pPr>
        <w:spacing w:line="240" w:lineRule="auto"/>
      </w:pPr>
      <w:r w:rsidRPr="00C20822">
        <w:t xml:space="preserve">Nationality: _______________________________Citizenship / Passport </w:t>
      </w:r>
      <w:proofErr w:type="gramStart"/>
      <w:r w:rsidRPr="00C20822">
        <w:t>No.:_</w:t>
      </w:r>
      <w:proofErr w:type="gramEnd"/>
      <w:r w:rsidRPr="00C20822">
        <w:t>___________________________</w:t>
      </w:r>
    </w:p>
    <w:p w14:paraId="53D9E2F3" w14:textId="77777777" w:rsidR="008F0DA9" w:rsidRPr="00C20822" w:rsidRDefault="00000000" w:rsidP="00BA02E5">
      <w:pPr>
        <w:pStyle w:val="Heading4"/>
        <w:spacing w:before="0" w:line="240" w:lineRule="auto"/>
        <w:rPr>
          <w:color w:val="auto"/>
        </w:rPr>
      </w:pPr>
      <w:r w:rsidRPr="00C20822">
        <w:rPr>
          <w:color w:val="auto"/>
        </w:rPr>
        <w:t>2. Contact Information</w:t>
      </w:r>
    </w:p>
    <w:p w14:paraId="68E45BA4" w14:textId="77777777" w:rsidR="008F0DA9" w:rsidRPr="00C20822" w:rsidRDefault="00000000" w:rsidP="00BA02E5">
      <w:pPr>
        <w:spacing w:line="240" w:lineRule="auto"/>
      </w:pPr>
      <w:r w:rsidRPr="00C20822">
        <w:t>Permanent Address: ________________________________________</w:t>
      </w:r>
    </w:p>
    <w:p w14:paraId="1B9C9AD7" w14:textId="77777777" w:rsidR="008F0DA9" w:rsidRPr="00C20822" w:rsidRDefault="00000000" w:rsidP="00BA02E5">
      <w:pPr>
        <w:spacing w:line="240" w:lineRule="auto"/>
      </w:pPr>
      <w:r w:rsidRPr="00C20822">
        <w:t>Temporary Address: ________________________________________</w:t>
      </w:r>
    </w:p>
    <w:p w14:paraId="5A0E2B7E" w14:textId="12EBFB6E" w:rsidR="008F0DA9" w:rsidRPr="00C20822" w:rsidRDefault="00000000" w:rsidP="00BA02E5">
      <w:pPr>
        <w:spacing w:line="240" w:lineRule="auto"/>
      </w:pPr>
      <w:r w:rsidRPr="00C20822">
        <w:t>Mobile Number: __________________________________Email Address: ______________________________</w:t>
      </w:r>
    </w:p>
    <w:p w14:paraId="6CA77403" w14:textId="77777777" w:rsidR="008F0DA9" w:rsidRPr="00C20822" w:rsidRDefault="00000000" w:rsidP="00BA02E5">
      <w:pPr>
        <w:pStyle w:val="Heading4"/>
        <w:spacing w:before="0" w:line="240" w:lineRule="auto"/>
        <w:rPr>
          <w:color w:val="auto"/>
        </w:rPr>
      </w:pPr>
      <w:r w:rsidRPr="00C20822">
        <w:rPr>
          <w:color w:val="auto"/>
        </w:rPr>
        <w:t>3. Academic Qualifications (Bachelor’s Degree)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73"/>
        <w:gridCol w:w="2656"/>
        <w:gridCol w:w="2296"/>
        <w:gridCol w:w="2105"/>
      </w:tblGrid>
      <w:tr w:rsidR="00DE45FA" w14:paraId="5067BD66" w14:textId="77777777" w:rsidTr="00DE45FA">
        <w:tc>
          <w:tcPr>
            <w:tcW w:w="1638" w:type="dxa"/>
          </w:tcPr>
          <w:p w14:paraId="426AB440" w14:textId="58DB64B4" w:rsidR="00DE45FA" w:rsidRDefault="00DE45FA" w:rsidP="00BA02E5">
            <w:r w:rsidRPr="00C20822">
              <w:t>Degree Title</w:t>
            </w:r>
          </w:p>
        </w:tc>
        <w:tc>
          <w:tcPr>
            <w:tcW w:w="2737" w:type="dxa"/>
          </w:tcPr>
          <w:p w14:paraId="1291C37C" w14:textId="60DD1268" w:rsidR="00DE45FA" w:rsidRDefault="00DE45FA" w:rsidP="00BA02E5">
            <w:r w:rsidRPr="00C20822">
              <w:t>Major/Discipline</w:t>
            </w:r>
          </w:p>
        </w:tc>
        <w:tc>
          <w:tcPr>
            <w:tcW w:w="2296" w:type="dxa"/>
          </w:tcPr>
          <w:p w14:paraId="7D05236A" w14:textId="578F63ED" w:rsidR="00DE45FA" w:rsidRDefault="00DE45FA" w:rsidP="00BA02E5">
            <w:r w:rsidRPr="00C20822">
              <w:t>University/Institution</w:t>
            </w:r>
          </w:p>
        </w:tc>
        <w:tc>
          <w:tcPr>
            <w:tcW w:w="2185" w:type="dxa"/>
          </w:tcPr>
          <w:p w14:paraId="492CA2A0" w14:textId="43DE6A8B" w:rsidR="00DE45FA" w:rsidRDefault="00DE45FA" w:rsidP="00BA02E5">
            <w:r w:rsidRPr="00C20822">
              <w:t>CGPA / Percentage</w:t>
            </w:r>
          </w:p>
        </w:tc>
      </w:tr>
      <w:tr w:rsidR="00DE45FA" w14:paraId="5B0E4F96" w14:textId="77777777" w:rsidTr="00DE45FA">
        <w:tc>
          <w:tcPr>
            <w:tcW w:w="1638" w:type="dxa"/>
          </w:tcPr>
          <w:p w14:paraId="287AECFF" w14:textId="77777777" w:rsidR="00DE45FA" w:rsidRPr="00C20822" w:rsidRDefault="00DE45FA" w:rsidP="00BA02E5"/>
        </w:tc>
        <w:tc>
          <w:tcPr>
            <w:tcW w:w="2737" w:type="dxa"/>
          </w:tcPr>
          <w:p w14:paraId="0EE2B6E6" w14:textId="77777777" w:rsidR="00DE45FA" w:rsidRPr="00C20822" w:rsidRDefault="00DE45FA" w:rsidP="00BA02E5"/>
        </w:tc>
        <w:tc>
          <w:tcPr>
            <w:tcW w:w="2296" w:type="dxa"/>
          </w:tcPr>
          <w:p w14:paraId="2A8F5B3D" w14:textId="77777777" w:rsidR="00DE45FA" w:rsidRPr="00C20822" w:rsidRDefault="00DE45FA" w:rsidP="00BA02E5"/>
        </w:tc>
        <w:tc>
          <w:tcPr>
            <w:tcW w:w="2185" w:type="dxa"/>
          </w:tcPr>
          <w:p w14:paraId="58AC0A27" w14:textId="77777777" w:rsidR="00DE45FA" w:rsidRPr="00C20822" w:rsidRDefault="00DE45FA" w:rsidP="00BA02E5"/>
        </w:tc>
      </w:tr>
      <w:tr w:rsidR="00DE45FA" w14:paraId="71EC699A" w14:textId="77777777" w:rsidTr="00DE45FA">
        <w:tc>
          <w:tcPr>
            <w:tcW w:w="1638" w:type="dxa"/>
          </w:tcPr>
          <w:p w14:paraId="1B1BC761" w14:textId="77777777" w:rsidR="00DE45FA" w:rsidRPr="00C20822" w:rsidRDefault="00DE45FA" w:rsidP="00BA02E5"/>
        </w:tc>
        <w:tc>
          <w:tcPr>
            <w:tcW w:w="2737" w:type="dxa"/>
          </w:tcPr>
          <w:p w14:paraId="13BC9355" w14:textId="77777777" w:rsidR="00DE45FA" w:rsidRPr="00C20822" w:rsidRDefault="00DE45FA" w:rsidP="00BA02E5"/>
        </w:tc>
        <w:tc>
          <w:tcPr>
            <w:tcW w:w="2296" w:type="dxa"/>
          </w:tcPr>
          <w:p w14:paraId="446CD51B" w14:textId="77777777" w:rsidR="00DE45FA" w:rsidRPr="00C20822" w:rsidRDefault="00DE45FA" w:rsidP="00BA02E5"/>
        </w:tc>
        <w:tc>
          <w:tcPr>
            <w:tcW w:w="2185" w:type="dxa"/>
          </w:tcPr>
          <w:p w14:paraId="1E38539D" w14:textId="77777777" w:rsidR="00DE45FA" w:rsidRPr="00C20822" w:rsidRDefault="00DE45FA" w:rsidP="00BA02E5"/>
        </w:tc>
      </w:tr>
      <w:tr w:rsidR="00DE45FA" w14:paraId="4A7D7548" w14:textId="77777777" w:rsidTr="00DE45FA">
        <w:tc>
          <w:tcPr>
            <w:tcW w:w="1638" w:type="dxa"/>
          </w:tcPr>
          <w:p w14:paraId="01FCA92F" w14:textId="77777777" w:rsidR="00DE45FA" w:rsidRPr="00C20822" w:rsidRDefault="00DE45FA" w:rsidP="00BA02E5"/>
        </w:tc>
        <w:tc>
          <w:tcPr>
            <w:tcW w:w="2737" w:type="dxa"/>
          </w:tcPr>
          <w:p w14:paraId="54F30EB8" w14:textId="77777777" w:rsidR="00DE45FA" w:rsidRPr="00C20822" w:rsidRDefault="00DE45FA" w:rsidP="00BA02E5"/>
        </w:tc>
        <w:tc>
          <w:tcPr>
            <w:tcW w:w="2296" w:type="dxa"/>
          </w:tcPr>
          <w:p w14:paraId="0B888DDA" w14:textId="77777777" w:rsidR="00DE45FA" w:rsidRPr="00C20822" w:rsidRDefault="00DE45FA" w:rsidP="00BA02E5"/>
        </w:tc>
        <w:tc>
          <w:tcPr>
            <w:tcW w:w="2185" w:type="dxa"/>
          </w:tcPr>
          <w:p w14:paraId="10B6A8FC" w14:textId="77777777" w:rsidR="00DE45FA" w:rsidRPr="00C20822" w:rsidRDefault="00DE45FA" w:rsidP="00BA02E5"/>
        </w:tc>
      </w:tr>
      <w:tr w:rsidR="00DE45FA" w14:paraId="6AF514CD" w14:textId="77777777" w:rsidTr="00DE45FA">
        <w:tc>
          <w:tcPr>
            <w:tcW w:w="1638" w:type="dxa"/>
          </w:tcPr>
          <w:p w14:paraId="14F8FBBA" w14:textId="77777777" w:rsidR="00DE45FA" w:rsidRPr="00C20822" w:rsidRDefault="00DE45FA" w:rsidP="00BA02E5"/>
        </w:tc>
        <w:tc>
          <w:tcPr>
            <w:tcW w:w="2737" w:type="dxa"/>
          </w:tcPr>
          <w:p w14:paraId="2EDDBBC1" w14:textId="77777777" w:rsidR="00DE45FA" w:rsidRPr="00C20822" w:rsidRDefault="00DE45FA" w:rsidP="00BA02E5"/>
        </w:tc>
        <w:tc>
          <w:tcPr>
            <w:tcW w:w="2296" w:type="dxa"/>
          </w:tcPr>
          <w:p w14:paraId="0B78A2E6" w14:textId="77777777" w:rsidR="00DE45FA" w:rsidRPr="00C20822" w:rsidRDefault="00DE45FA" w:rsidP="00BA02E5"/>
        </w:tc>
        <w:tc>
          <w:tcPr>
            <w:tcW w:w="2185" w:type="dxa"/>
          </w:tcPr>
          <w:p w14:paraId="2E0E057B" w14:textId="61185507" w:rsidR="00DE45FA" w:rsidRPr="00C20822" w:rsidRDefault="00DE45FA" w:rsidP="00BA02E5"/>
        </w:tc>
      </w:tr>
    </w:tbl>
    <w:p w14:paraId="54423251" w14:textId="77777777" w:rsidR="00DE45FA" w:rsidRDefault="00DE45FA" w:rsidP="00BA02E5">
      <w:pPr>
        <w:spacing w:line="240" w:lineRule="auto"/>
      </w:pPr>
    </w:p>
    <w:p w14:paraId="10EA267F" w14:textId="77777777" w:rsidR="008F0DA9" w:rsidRPr="00C20822" w:rsidRDefault="00000000" w:rsidP="00BA02E5">
      <w:pPr>
        <w:pStyle w:val="Heading4"/>
        <w:spacing w:before="0" w:line="240" w:lineRule="auto"/>
        <w:rPr>
          <w:color w:val="auto"/>
        </w:rPr>
      </w:pPr>
      <w:r w:rsidRPr="00C20822">
        <w:rPr>
          <w:color w:val="auto"/>
        </w:rPr>
        <w:t>4. Professional Experience (if applicable)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29"/>
        <w:gridCol w:w="2649"/>
        <w:gridCol w:w="2224"/>
        <w:gridCol w:w="2128"/>
      </w:tblGrid>
      <w:tr w:rsidR="00EB2768" w14:paraId="79588014" w14:textId="77777777" w:rsidTr="00ED0141">
        <w:tc>
          <w:tcPr>
            <w:tcW w:w="1638" w:type="dxa"/>
          </w:tcPr>
          <w:p w14:paraId="6D6E9568" w14:textId="7A023FD7" w:rsidR="00EB2768" w:rsidRDefault="00EB2768" w:rsidP="00BA02E5">
            <w:r w:rsidRPr="00C20822">
              <w:t>Organization Name</w:t>
            </w:r>
          </w:p>
        </w:tc>
        <w:tc>
          <w:tcPr>
            <w:tcW w:w="2737" w:type="dxa"/>
          </w:tcPr>
          <w:p w14:paraId="4666ADFE" w14:textId="78F42EE4" w:rsidR="00EB2768" w:rsidRDefault="00EB2768" w:rsidP="00BA02E5">
            <w:r>
              <w:t>Position</w:t>
            </w:r>
          </w:p>
        </w:tc>
        <w:tc>
          <w:tcPr>
            <w:tcW w:w="2296" w:type="dxa"/>
          </w:tcPr>
          <w:p w14:paraId="6C2DC2CF" w14:textId="7E5A6865" w:rsidR="00EB2768" w:rsidRDefault="00EB2768" w:rsidP="00BA02E5">
            <w:r w:rsidRPr="00C20822">
              <w:t>Nature of Work</w:t>
            </w:r>
          </w:p>
        </w:tc>
        <w:tc>
          <w:tcPr>
            <w:tcW w:w="2185" w:type="dxa"/>
          </w:tcPr>
          <w:p w14:paraId="329781BA" w14:textId="35724212" w:rsidR="00EB2768" w:rsidRDefault="00EB2768" w:rsidP="00BA02E5">
            <w:r w:rsidRPr="00C20822">
              <w:t>Duration (From – To)</w:t>
            </w:r>
          </w:p>
        </w:tc>
      </w:tr>
      <w:tr w:rsidR="00EB2768" w:rsidRPr="00C20822" w14:paraId="60286E2A" w14:textId="77777777" w:rsidTr="00ED0141">
        <w:tc>
          <w:tcPr>
            <w:tcW w:w="1638" w:type="dxa"/>
          </w:tcPr>
          <w:p w14:paraId="5336725B" w14:textId="77777777" w:rsidR="00EB2768" w:rsidRPr="00C20822" w:rsidRDefault="00EB2768" w:rsidP="00BA02E5"/>
        </w:tc>
        <w:tc>
          <w:tcPr>
            <w:tcW w:w="2737" w:type="dxa"/>
          </w:tcPr>
          <w:p w14:paraId="6ACDE6E5" w14:textId="77777777" w:rsidR="00EB2768" w:rsidRPr="00C20822" w:rsidRDefault="00EB2768" w:rsidP="00BA02E5"/>
        </w:tc>
        <w:tc>
          <w:tcPr>
            <w:tcW w:w="2296" w:type="dxa"/>
          </w:tcPr>
          <w:p w14:paraId="781FD739" w14:textId="77777777" w:rsidR="00EB2768" w:rsidRPr="00C20822" w:rsidRDefault="00EB2768" w:rsidP="00BA02E5"/>
        </w:tc>
        <w:tc>
          <w:tcPr>
            <w:tcW w:w="2185" w:type="dxa"/>
          </w:tcPr>
          <w:p w14:paraId="7890A575" w14:textId="77777777" w:rsidR="00EB2768" w:rsidRPr="00C20822" w:rsidRDefault="00EB2768" w:rsidP="00BA02E5"/>
        </w:tc>
      </w:tr>
      <w:tr w:rsidR="002D7B2E" w:rsidRPr="00C20822" w14:paraId="7AB16A7D" w14:textId="77777777" w:rsidTr="00ED0141">
        <w:tc>
          <w:tcPr>
            <w:tcW w:w="1638" w:type="dxa"/>
          </w:tcPr>
          <w:p w14:paraId="16250AE9" w14:textId="77777777" w:rsidR="002D7B2E" w:rsidRPr="00C20822" w:rsidRDefault="002D7B2E" w:rsidP="00BA02E5"/>
        </w:tc>
        <w:tc>
          <w:tcPr>
            <w:tcW w:w="2737" w:type="dxa"/>
          </w:tcPr>
          <w:p w14:paraId="26204272" w14:textId="77777777" w:rsidR="002D7B2E" w:rsidRPr="00C20822" w:rsidRDefault="002D7B2E" w:rsidP="00BA02E5"/>
        </w:tc>
        <w:tc>
          <w:tcPr>
            <w:tcW w:w="2296" w:type="dxa"/>
          </w:tcPr>
          <w:p w14:paraId="3EA1D2ED" w14:textId="77777777" w:rsidR="002D7B2E" w:rsidRPr="00C20822" w:rsidRDefault="002D7B2E" w:rsidP="00BA02E5"/>
        </w:tc>
        <w:tc>
          <w:tcPr>
            <w:tcW w:w="2185" w:type="dxa"/>
          </w:tcPr>
          <w:p w14:paraId="61259AD3" w14:textId="77777777" w:rsidR="002D7B2E" w:rsidRPr="00C20822" w:rsidRDefault="002D7B2E" w:rsidP="00BA02E5"/>
        </w:tc>
      </w:tr>
      <w:tr w:rsidR="002D7B2E" w:rsidRPr="00C20822" w14:paraId="4086607A" w14:textId="77777777" w:rsidTr="00ED0141">
        <w:tc>
          <w:tcPr>
            <w:tcW w:w="1638" w:type="dxa"/>
          </w:tcPr>
          <w:p w14:paraId="20E68BF4" w14:textId="77777777" w:rsidR="002D7B2E" w:rsidRPr="00C20822" w:rsidRDefault="002D7B2E" w:rsidP="00BA02E5"/>
        </w:tc>
        <w:tc>
          <w:tcPr>
            <w:tcW w:w="2737" w:type="dxa"/>
          </w:tcPr>
          <w:p w14:paraId="4793CAFC" w14:textId="77777777" w:rsidR="002D7B2E" w:rsidRPr="00C20822" w:rsidRDefault="002D7B2E" w:rsidP="00BA02E5"/>
        </w:tc>
        <w:tc>
          <w:tcPr>
            <w:tcW w:w="2296" w:type="dxa"/>
          </w:tcPr>
          <w:p w14:paraId="0BDEF9FF" w14:textId="77777777" w:rsidR="002D7B2E" w:rsidRPr="00C20822" w:rsidRDefault="002D7B2E" w:rsidP="00BA02E5"/>
        </w:tc>
        <w:tc>
          <w:tcPr>
            <w:tcW w:w="2185" w:type="dxa"/>
          </w:tcPr>
          <w:p w14:paraId="042953F4" w14:textId="77777777" w:rsidR="002D7B2E" w:rsidRPr="00C20822" w:rsidRDefault="002D7B2E" w:rsidP="00BA02E5"/>
        </w:tc>
      </w:tr>
    </w:tbl>
    <w:p w14:paraId="1DF24920" w14:textId="77777777" w:rsidR="00BA02E5" w:rsidRDefault="00BA02E5" w:rsidP="00BA02E5">
      <w:pPr>
        <w:pStyle w:val="Heading4"/>
        <w:spacing w:before="0" w:line="240" w:lineRule="auto"/>
        <w:rPr>
          <w:color w:val="auto"/>
        </w:rPr>
      </w:pPr>
    </w:p>
    <w:p w14:paraId="1C967E87" w14:textId="016F5C7C" w:rsidR="00193D3B" w:rsidRDefault="001F6BDD" w:rsidP="00BA02E5">
      <w:pPr>
        <w:pStyle w:val="Heading4"/>
        <w:pBdr>
          <w:bottom w:val="single" w:sz="12" w:space="1" w:color="auto"/>
        </w:pBdr>
        <w:spacing w:before="0" w:line="240" w:lineRule="auto"/>
        <w:rPr>
          <w:color w:val="auto"/>
        </w:rPr>
      </w:pPr>
      <w:r>
        <w:rPr>
          <w:color w:val="auto"/>
        </w:rPr>
        <w:t xml:space="preserve">5. </w:t>
      </w:r>
      <w:r w:rsidR="00193D3B">
        <w:rPr>
          <w:color w:val="auto"/>
        </w:rPr>
        <w:t>Statement of Purpose</w:t>
      </w:r>
      <w:r w:rsidR="002B5BDA">
        <w:rPr>
          <w:color w:val="auto"/>
        </w:rPr>
        <w:t xml:space="preserve"> [within 500 words]</w:t>
      </w:r>
    </w:p>
    <w:p w14:paraId="4F741CDE" w14:textId="77777777" w:rsidR="00193D3B" w:rsidRDefault="00193D3B" w:rsidP="00193D3B">
      <w:pPr>
        <w:pBdr>
          <w:bottom w:val="single" w:sz="12" w:space="1" w:color="auto"/>
        </w:pBdr>
        <w:spacing w:line="240" w:lineRule="auto"/>
      </w:pPr>
    </w:p>
    <w:p w14:paraId="52854D3A" w14:textId="77777777" w:rsidR="00193D3B" w:rsidRPr="00C20822" w:rsidRDefault="00193D3B" w:rsidP="00193D3B">
      <w:pPr>
        <w:spacing w:line="240" w:lineRule="auto"/>
      </w:pPr>
      <w:r w:rsidRPr="00C20822">
        <w:t>_________________________________________________________________________________________________________</w:t>
      </w:r>
    </w:p>
    <w:p w14:paraId="5EF0870E" w14:textId="77777777" w:rsidR="00193D3B" w:rsidRPr="00193D3B" w:rsidRDefault="00193D3B" w:rsidP="00193D3B">
      <w:pPr>
        <w:spacing w:line="240" w:lineRule="auto"/>
      </w:pPr>
      <w:r w:rsidRPr="00C20822">
        <w:t>_________________________________________________________________________________________________________</w:t>
      </w:r>
    </w:p>
    <w:p w14:paraId="52A301B5" w14:textId="77777777" w:rsidR="00193D3B" w:rsidRPr="00C20822" w:rsidRDefault="00193D3B" w:rsidP="00193D3B">
      <w:pPr>
        <w:pBdr>
          <w:bottom w:val="single" w:sz="12" w:space="1" w:color="auto"/>
        </w:pBdr>
        <w:spacing w:line="240" w:lineRule="auto"/>
      </w:pPr>
    </w:p>
    <w:p w14:paraId="2915ABB1" w14:textId="77777777" w:rsidR="00193D3B" w:rsidRPr="00C20822" w:rsidRDefault="00193D3B" w:rsidP="00193D3B">
      <w:pPr>
        <w:spacing w:line="240" w:lineRule="auto"/>
      </w:pPr>
      <w:r w:rsidRPr="00C20822">
        <w:t>_________________________________________________________________________________________________________</w:t>
      </w:r>
    </w:p>
    <w:p w14:paraId="3F68709B" w14:textId="77777777" w:rsidR="00193D3B" w:rsidRPr="00193D3B" w:rsidRDefault="00193D3B" w:rsidP="00193D3B">
      <w:pPr>
        <w:spacing w:line="240" w:lineRule="auto"/>
      </w:pPr>
      <w:r w:rsidRPr="00C20822">
        <w:t>_________________________________________________________________________________________________________</w:t>
      </w:r>
    </w:p>
    <w:p w14:paraId="7D470848" w14:textId="77777777" w:rsidR="00193D3B" w:rsidRPr="00193D3B" w:rsidRDefault="00193D3B" w:rsidP="00193D3B">
      <w:pPr>
        <w:spacing w:line="240" w:lineRule="auto"/>
      </w:pPr>
    </w:p>
    <w:p w14:paraId="6CFB318C" w14:textId="77777777" w:rsidR="00193D3B" w:rsidRDefault="00193D3B" w:rsidP="00BA02E5">
      <w:pPr>
        <w:pStyle w:val="Heading4"/>
        <w:spacing w:before="0" w:line="240" w:lineRule="auto"/>
        <w:rPr>
          <w:color w:val="auto"/>
        </w:rPr>
      </w:pPr>
    </w:p>
    <w:p w14:paraId="49B27237" w14:textId="77777777" w:rsidR="008F0475" w:rsidRPr="008F0475" w:rsidRDefault="008F0475" w:rsidP="008F0475"/>
    <w:p w14:paraId="2A71D4B6" w14:textId="2738DAD0" w:rsidR="008F0DA9" w:rsidRPr="00C20822" w:rsidRDefault="001F6BDD" w:rsidP="00BA02E5">
      <w:pPr>
        <w:pStyle w:val="Heading4"/>
        <w:spacing w:before="0" w:line="240" w:lineRule="auto"/>
        <w:rPr>
          <w:color w:val="auto"/>
        </w:rPr>
      </w:pPr>
      <w:r>
        <w:rPr>
          <w:color w:val="auto"/>
        </w:rPr>
        <w:lastRenderedPageBreak/>
        <w:t xml:space="preserve">6. </w:t>
      </w:r>
      <w:r w:rsidRPr="00C20822">
        <w:rPr>
          <w:color w:val="auto"/>
        </w:rPr>
        <w:t>Declaration</w:t>
      </w:r>
    </w:p>
    <w:p w14:paraId="6BFA247A" w14:textId="77777777" w:rsidR="008F0DA9" w:rsidRPr="00C20822" w:rsidRDefault="00000000" w:rsidP="00BA02E5">
      <w:pPr>
        <w:spacing w:line="240" w:lineRule="auto"/>
      </w:pPr>
      <w:r w:rsidRPr="00C20822">
        <w:t>I hereby declare that the information provided above is true and correct to the best of my knowledge. I understand that any false information may lead to cancellation of my application or admission.</w:t>
      </w:r>
    </w:p>
    <w:p w14:paraId="76565EC4" w14:textId="77777777" w:rsidR="008F0DA9" w:rsidRPr="00C20822" w:rsidRDefault="00000000" w:rsidP="00BA02E5">
      <w:pPr>
        <w:spacing w:line="240" w:lineRule="auto"/>
      </w:pPr>
      <w:r w:rsidRPr="00C20822">
        <w:t>Signature of Applicant: ____________________________</w:t>
      </w:r>
    </w:p>
    <w:p w14:paraId="6A7E8E8B" w14:textId="77777777" w:rsidR="008F0DA9" w:rsidRPr="00C20822" w:rsidRDefault="00000000" w:rsidP="00BA02E5">
      <w:pPr>
        <w:spacing w:line="240" w:lineRule="auto"/>
      </w:pPr>
      <w:r w:rsidRPr="00C20822">
        <w:t>Date: ____________________________</w:t>
      </w:r>
    </w:p>
    <w:p w14:paraId="142F68C1" w14:textId="79E24677" w:rsidR="008F0DA9" w:rsidRPr="00C20822" w:rsidRDefault="00000000" w:rsidP="00BA02E5">
      <w:pPr>
        <w:pStyle w:val="Heading4"/>
        <w:spacing w:before="0" w:line="240" w:lineRule="auto"/>
        <w:rPr>
          <w:color w:val="auto"/>
        </w:rPr>
      </w:pPr>
      <w:r w:rsidRPr="00C20822">
        <w:rPr>
          <w:color w:val="auto"/>
        </w:rPr>
        <w:t>For Office Use Only</w:t>
      </w:r>
    </w:p>
    <w:p w14:paraId="79D26A0F" w14:textId="77777777" w:rsidR="008F0DA9" w:rsidRPr="00C20822" w:rsidRDefault="00000000" w:rsidP="00BA02E5">
      <w:pPr>
        <w:spacing w:line="240" w:lineRule="auto"/>
      </w:pPr>
      <w:r w:rsidRPr="00C20822">
        <w:t>Application Number: ________________________________________</w:t>
      </w:r>
    </w:p>
    <w:p w14:paraId="6C2ACF0A" w14:textId="77777777" w:rsidR="008F0DA9" w:rsidRPr="00C20822" w:rsidRDefault="00000000" w:rsidP="00BA02E5">
      <w:pPr>
        <w:spacing w:line="240" w:lineRule="auto"/>
      </w:pPr>
      <w:r w:rsidRPr="00C20822">
        <w:t>Signature of Authorized Officer: ____________________________</w:t>
      </w:r>
    </w:p>
    <w:p w14:paraId="4155AFFD" w14:textId="77777777" w:rsidR="008F0DA9" w:rsidRPr="00C20822" w:rsidRDefault="00000000" w:rsidP="00BA02E5">
      <w:pPr>
        <w:spacing w:line="240" w:lineRule="auto"/>
      </w:pPr>
      <w:r w:rsidRPr="00C20822">
        <w:t>Date: ____________________________</w:t>
      </w:r>
    </w:p>
    <w:sectPr w:rsidR="008F0DA9" w:rsidRPr="00C20822" w:rsidSect="00BA02E5">
      <w:pgSz w:w="12240" w:h="15840"/>
      <w:pgMar w:top="1440" w:right="1800" w:bottom="477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21480362">
    <w:abstractNumId w:val="8"/>
  </w:num>
  <w:num w:numId="2" w16cid:durableId="1973779395">
    <w:abstractNumId w:val="6"/>
  </w:num>
  <w:num w:numId="3" w16cid:durableId="2146267776">
    <w:abstractNumId w:val="5"/>
  </w:num>
  <w:num w:numId="4" w16cid:durableId="1407655056">
    <w:abstractNumId w:val="4"/>
  </w:num>
  <w:num w:numId="5" w16cid:durableId="1193035421">
    <w:abstractNumId w:val="7"/>
  </w:num>
  <w:num w:numId="6" w16cid:durableId="381447395">
    <w:abstractNumId w:val="3"/>
  </w:num>
  <w:num w:numId="7" w16cid:durableId="646058775">
    <w:abstractNumId w:val="2"/>
  </w:num>
  <w:num w:numId="8" w16cid:durableId="380129730">
    <w:abstractNumId w:val="1"/>
  </w:num>
  <w:num w:numId="9" w16cid:durableId="16679000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93D3B"/>
    <w:rsid w:val="001F6BDD"/>
    <w:rsid w:val="002659EE"/>
    <w:rsid w:val="0029639D"/>
    <w:rsid w:val="002B5BDA"/>
    <w:rsid w:val="002D7B2E"/>
    <w:rsid w:val="002E71B1"/>
    <w:rsid w:val="00326F90"/>
    <w:rsid w:val="00493E27"/>
    <w:rsid w:val="006B181D"/>
    <w:rsid w:val="008F0475"/>
    <w:rsid w:val="008F0DA9"/>
    <w:rsid w:val="00AA1D8D"/>
    <w:rsid w:val="00B47730"/>
    <w:rsid w:val="00BA02E5"/>
    <w:rsid w:val="00C20822"/>
    <w:rsid w:val="00CB0664"/>
    <w:rsid w:val="00DE45FA"/>
    <w:rsid w:val="00EB276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F6BC197"/>
  <w14:defaultImageDpi w14:val="300"/>
  <w15:docId w15:val="{44E55C61-FABA-A04F-9152-D3BBA57FE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1888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Dr. Gangaram Biswakarma</cp:lastModifiedBy>
  <cp:revision>2</cp:revision>
  <dcterms:created xsi:type="dcterms:W3CDTF">2026-02-01T09:16:00Z</dcterms:created>
  <dcterms:modified xsi:type="dcterms:W3CDTF">2026-02-01T09:16:00Z</dcterms:modified>
  <cp:category/>
</cp:coreProperties>
</file>